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0188»</w:t>
      </w:r>
    </w:p>
    <w:p>
      <w:r>
        <w:t>Артикул LD-02998. Исполнение Синяя клетка. Страна производства США (US).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LD-BLANKET-0188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LD-02998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LD-02998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LD-02998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