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0186»</w:t>
      </w:r>
    </w:p>
    <w:p>
      <w:r>
        <w:t>Артикул LD-02976. Исполнение Сталь и синие ручки. Страна производства Россия (RU).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LD-02976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