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0185»</w:t>
      </w:r>
    </w:p>
    <w:p>
      <w:r>
        <w:t>Артикул LD-02958.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