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0019»</w:t>
      </w:r>
    </w:p>
    <w:p>
      <w:r>
        <w:t>Артикул LD-00290.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