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0178»</w:t>
      </w:r>
    </w:p>
    <w:p>
      <w:r>
        <w:t>Артикул LD-02841.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