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0176»</w:t>
      </w:r>
    </w:p>
    <w:p>
      <w:r>
        <w:t>Артикул LD-02810.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LD-MUG-0176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