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0175»</w:t>
      </w:r>
    </w:p>
    <w:p>
      <w:r>
        <w:t>Артикул LD-02797. Исполнение Ротанг и голубая подкладка. Страна производства Южная Корея (KR).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LD-BASKET-0175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LD-02797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LD-02797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LD-02797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