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0174»</w:t>
      </w:r>
    </w:p>
    <w:p>
      <w:r>
        <w:t>Артикул LD-02776.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LD-02776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