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0171»</w:t>
      </w:r>
    </w:p>
    <w:p>
      <w:r>
        <w:t>Артикул LD-02728. Исполнение Дымчато-синий. Страна производства Италия (IT).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LD-COFFEE-GRINDER-0171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LD-02728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Италия (IT)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LD-02728    Италия (IT)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LD-02728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