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0168»</w:t>
      </w:r>
    </w:p>
    <w:p>
      <w:r>
        <w:t>Артикул LD-02685. Исполнение Ротанг и голубая подкладка. Страна производства Япония (JP).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LD-BASKET-0168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LD-02685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LD-02685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LD-02685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