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0168»</w:t>
      </w:r>
    </w:p>
    <w:p>
      <w:r>
        <w:t>Артикул LD-02675.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LD-02675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