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0167»</w:t>
      </w:r>
    </w:p>
    <w:p>
      <w:r>
        <w:t>Артикул LD-02672. Исполнение Сталь и синие ручки. Страна производства Германия (DE).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LD-CUTLERY-0167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LD-02672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LD-02672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LD-02672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