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0167»</w:t>
      </w:r>
    </w:p>
    <w:p>
      <w:r>
        <w:t>Артикул LD-02670.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LD-SIDE-TABLE-0167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