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Декоративная подушка «Мягкий акцент 0166»</w:t>
      </w:r>
    </w:p>
    <w:p>
      <w:r>
        <w:t>Артикул LD-02655. Исполнение Серо-синий в полоску. Страна производства Япония (JP).</w:t>
      </w:r>
    </w:p>
    <w:p>
      <w:r>
        <w:t>Декоративная подушка дополняет диван или кресло и поддерживает удобную посадку. Материалы: Лён, хлопок. В этом исполнении используется цвет «Серо-синий в полоску». Размер товара: 45 × 45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LD-CUSHION-0166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LD-02655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Серо-синий в полоску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Серо-синий в полоску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Япония (JP)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Тексталия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Лён, хлопок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Проверьте ярлык по уходу перед первой стиркой.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Температура стирки по учебным характеристикам: 30 °C. Используйте деликатный режим.</w:t>
      </w:r>
    </w:p>
    <w:p>
      <w:r>
        <w:t>Сушите естественным способом; избегайте отбеливателей и интенсивного отжима.</w:t>
      </w:r>
    </w:p>
    <w:p>
      <w:pPr>
        <w:pStyle w:val="Heading1"/>
      </w:pPr>
      <w:r>
        <w:t>Упаковка</w:t>
      </w:r>
    </w:p>
    <w:p>
      <w:r>
        <w:t>В упаковке 1 шт. Размер упаковки 48 × 48 × 14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LD-02655    Япония (JP)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LD-02655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