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0165»</w:t>
      </w:r>
    </w:p>
    <w:p>
      <w:r>
        <w:t>Артикул LD-02640.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