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0017»</w:t>
      </w:r>
    </w:p>
    <w:p>
      <w:r>
        <w:t>Артикул LD-00264. Исполнение Дымчато-синий. Страна производства Канада (CA).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LD-COFFEE-GRINDER-0017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LD-00264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LD-00264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LD-00264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