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0163»</w:t>
      </w:r>
    </w:p>
    <w:p>
      <w:r>
        <w:t>Артикул LD-02606. Исполнение Дуб и синяя полка. Страна производства Китай (CN).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LD-SIDE-TABLE-0163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LD-02606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LD-02606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LD-02606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