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0161»</w:t>
      </w:r>
    </w:p>
    <w:p>
      <w:r>
        <w:t>Артикул LD-02575.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LD-02575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