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0160»</w:t>
      </w:r>
    </w:p>
    <w:p>
      <w:r>
        <w:t>Артикул LD-02552.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