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0159»</w:t>
      </w:r>
    </w:p>
    <w:p>
      <w:r>
        <w:t>Артикул LD-02539. Исполнение Дуб и голубой циферблат. Страна производства Польша (PL).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LD-02539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