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0016»</w:t>
      </w:r>
    </w:p>
    <w:p>
      <w:r>
        <w:t>Артикул LD-00253. Исполнение Ротанг и голубая подкладка. Страна производства Италия (IT).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