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0158»</w:t>
      </w:r>
    </w:p>
    <w:p>
      <w:r>
        <w:t>Артикул LD-02515.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LD-CHAIR-0158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LD-02515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LD-02515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LD-02515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