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0157»</w:t>
      </w:r>
    </w:p>
    <w:p>
      <w:r>
        <w:t>Артикул LD-02499.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LD-02499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