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0154»</w:t>
      </w:r>
    </w:p>
    <w:p>
      <w:r>
        <w:t>Артикул LD-02462. Исполнение Дуб и синяя полка. Страна производства Южная Корея (KR).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LD-02462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