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0150»</w:t>
      </w:r>
    </w:p>
    <w:p>
      <w:r>
        <w:t>Артикул LD-02392.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