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0148»</w:t>
      </w:r>
    </w:p>
    <w:p>
      <w:r>
        <w:t>Артикул LD-02356. Исполнение Светло-серая керамика. Страна производства Россия (RU).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LD-VASE-0148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LD-02356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LD-02356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LD-02356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