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0147»</w:t>
      </w:r>
    </w:p>
    <w:p>
      <w:r>
        <w:t>Артикул LD-02350.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