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0147»</w:t>
      </w:r>
    </w:p>
    <w:p>
      <w:r>
        <w:t>Артикул LD-02339. Исполнение Серо-синяя обивка. Страна производства Польша (PL).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LD-CHAIR-0147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LD-02339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LD-02339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LD-02339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