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Приставной столик «Рядом 0144»</w:t>
      </w:r>
    </w:p>
    <w:p>
      <w:r>
        <w:t>Артикул LD-02302. Исполнение Дуб и синяя полка. Страна производства Южная Корея (KR).</w:t>
      </w:r>
    </w:p>
    <w:p>
      <w:r>
        <w:t>Приставной столик даёт дополнительную поверхность рядом с креслом или диваном. Материалы: Дуб, шпон. В этом исполнении используется цвет «Дуб и синяя полка». Размер товара: Ø 42 × 48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LD-SIDE-TABLE-0144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LD-02302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Дуб и синяя полка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Дуб и синяя полка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Южная Корея (KR)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Дубелия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Дуб, шпон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Разместите изделие на устойчивом основании; при необходимости выполните сборку по комплектной схеме.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Убирайте пыль мягкой тканью; не используйте растворители и абразивные губки.</w:t>
      </w:r>
    </w:p>
    <w:p>
      <w:r>
        <w:t>Избегайте ударов и нагрузки выше значения в характеристиках.</w:t>
      </w:r>
    </w:p>
    <w:p>
      <w:pPr>
        <w:pStyle w:val="Heading1"/>
      </w:pPr>
      <w:r>
        <w:t>Упаковка</w:t>
      </w:r>
    </w:p>
    <w:p>
      <w:r>
        <w:t>В упаковке 1 шт. Размер упаковки 50 × 50 × 18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LD-02302    Южная Корея (KR)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LD-02302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