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Корзина «Плетение 0144»</w:t>
      </w:r>
    </w:p>
    <w:p>
      <w:r>
        <w:t>Артикул LD-02301. Исполнение Ротанг и голубая подкладка. Страна производства Китай (CN).</w:t>
      </w:r>
    </w:p>
    <w:p>
      <w:r>
        <w:t>Корзина подходит для хранения домашних вещей в сухом помещении. Материалы: Ротанг. В этом исполнении используется цвет «Ротанг и голубая подкладка». Размер товара: Ø 34 × 28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LD-BASKET-0144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LD-02301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Ротанг и голубая подкладка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Ротанг и голубая подкладка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Китай (CN)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Ордено Дом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Ротанг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Разместите изделие на устойчивом основании; при необходимости выполните сборку по комплектной схеме.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мягкой тканью; не используйте растворители и абразивные губки.</w:t>
      </w:r>
    </w:p>
    <w:p>
      <w:r>
        <w:t>Избегайте ударов и нагрузки выше значения в характеристиках.</w:t>
      </w:r>
    </w:p>
    <w:p>
      <w:pPr>
        <w:pStyle w:val="Heading1"/>
      </w:pPr>
      <w:r>
        <w:t>Упаковка</w:t>
      </w:r>
    </w:p>
    <w:p>
      <w:r>
        <w:t>В упаковке 1 шт. Размер упаковки 40 × 40 × 34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LD-02301    Китай (CN)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LD-02301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