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0135»</w:t>
      </w:r>
    </w:p>
    <w:p>
      <w:r>
        <w:t>Артикул LD-02149. Исполнение Дуб и синий металл. Страна производства Польша (PL).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LD-ORGANIZER-0135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LD-02149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LD-02149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LD-02149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