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0133»</w:t>
      </w:r>
    </w:p>
    <w:p>
      <w:r>
        <w:t>Артикул LD-02118.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LD-02118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