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0132»</w:t>
      </w:r>
    </w:p>
    <w:p>
      <w:r>
        <w:t>Артикул LD-02110.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