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0127»</w:t>
      </w:r>
    </w:p>
    <w:p>
      <w:r>
        <w:t>Артикул LD-02027. Исполнение Дуб и голубой циферблат. Страна производства Южная Корея (KR).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LD-02027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LD-02027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LD-02027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