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0125»</w:t>
      </w:r>
    </w:p>
    <w:p>
      <w:r>
        <w:t>Артикул LD-02000.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LD-02000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