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0125»</w:t>
      </w:r>
    </w:p>
    <w:p>
      <w:r>
        <w:t>Артикул LD-01991. Исполнение Дымчато-синий. Страна производства Россия (RU).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LD-FLOOR-LAMP-0125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LD-01991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LD-01991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LD-01991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