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Торшер «Вечер 0124»</w:t>
      </w:r>
    </w:p>
    <w:p>
      <w:r>
        <w:t>Артикул LD-01975. Исполнение Дымчато-синий. Страна производства Япония (JP).</w:t>
      </w:r>
    </w:p>
    <w:p>
      <w:r>
        <w:t>Торшер создаёт отдельную световую зону рядом с диваном или креслом. Материалы: Металл. В этом исполнении используется цвет «Дымчато-синий». Размер товара: Ø 38 × 158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LD-FLOOR-LAMP-0124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LD-01975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Япония (JP)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Люмивара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Используйте источник света с цоколем и мощностью, указанными в характеристиках.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44 × 44 × 68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LD-01975    Япония (JP)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LD-01975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