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0123»</w:t>
      </w:r>
    </w:p>
    <w:p>
      <w:r>
        <w:t>Артикул LD-01965. Исполнение Ротанг и голубая подкладка. Страна производства Беларусь (BY).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LD-BASKET-0123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LD-01965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LD-01965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LD-01965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