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0123»</w:t>
      </w:r>
    </w:p>
    <w:p>
      <w:r>
        <w:t>Артикул LD-01962. Исполнение Светло-голубой. Страна производства Германия (DE).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LD-MUG-0123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LD-01962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LD-01962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LD-01962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