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0118»</w:t>
      </w:r>
    </w:p>
    <w:p>
      <w:r>
        <w:t>Артикул LD-01885. Исполнение Ротанг и голубая подкладка. Страна производства Япония (JP).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LD-01885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