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Кружка «Тёплый круг 0118»</w:t>
      </w:r>
    </w:p>
    <w:p>
      <w:r>
        <w:t>Артикул LD-01882. Исполнение Светло-голубой. Страна производства Южная Корея (KR).</w:t>
      </w:r>
    </w:p>
    <w:p>
      <w:r>
        <w:t>Кружка предназначена для повседневной подачи напитков. Материалы: Керамика. В этом исполнении используется цвет «Светло-голубой». Размер товара: 380 мл.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LD-MUG-0118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LD-01882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15 × 13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LD-01882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LD-01882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