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0012»</w:t>
      </w:r>
    </w:p>
    <w:p>
      <w:r>
        <w:t>Артикул LD-00186. Исполнение Светло-голубой. Страна производства Россия (RU).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LD-MUG-0012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LD-00186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LD-00186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LD-00186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