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0114»</w:t>
      </w:r>
    </w:p>
    <w:p>
      <w:r>
        <w:t>Артикул LD-01823. Исполнение Серо-синий в полоску. Страна производства Италия (IT).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