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0112»</w:t>
      </w:r>
    </w:p>
    <w:p>
      <w:r>
        <w:t>Артикул LD-01780. Исполнение Светло-серая керамика. Страна производства Беларусь (BY).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LD-VASE-0112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LD-01780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LD-01780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LD-01780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