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0111»</w:t>
      </w:r>
    </w:p>
    <w:p>
      <w:r>
        <w:t>Артикул LD-01776. Исполнение Сталь и синие ручки. Страна производства Китай (CN).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LD-CUTLERY-0111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LD-01776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LD-01776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LD-01776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