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0110»</w:t>
      </w:r>
    </w:p>
    <w:p>
      <w:r>
        <w:t>Артикул LD-01759. Исполнение Серо-синий в полоску. Страна производства Канада (CA).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LD-01759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