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0106»</w:t>
      </w:r>
    </w:p>
    <w:p>
      <w:r>
        <w:t>Артикул LD-01686.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