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0103»</w:t>
      </w:r>
    </w:p>
    <w:p>
      <w:r>
        <w:t>Артикул LD-01639.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