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0101»</w:t>
      </w:r>
    </w:p>
    <w:p>
      <w:r>
        <w:t>Артикул LD-01606. Исполнение Синяя клетка. Страна производства Китай (CN).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LD-BLANKET-0101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LD-01606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LD-01606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LD-01606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