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0101»</w:t>
      </w:r>
    </w:p>
    <w:p>
      <w:r>
        <w:t>Артикул LD-01604.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LD-01604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